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חנוכה ולעונת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משמעות המילים מהתפזורת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מושגים מהחג ומהעונה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צעצוע מסתובב עם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סופגניות ולביבות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מטרייה משמשת להגנה מהגשם בחורף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שמגן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(מאכל מטוגן מתפוחי 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את החנוכייה ושמים בה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כמה נרות צריך לפי מספר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את הברכה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קודם את נר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משלב לפחות שלוש מילים נכון בהקשר הגיוני, כותב 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מסתובב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פך שמן קטן 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בפתרון קצר של התפזורת עצמה לפני המילוי של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חנוכייה וסביבון לתלמידים שמתקשים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כעבודה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שמופיעות בתפזורת של חנוכה וחורף, כמו חנוכייה, סביבון, לביבה ומטרייה.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לביבות  ·  סביבון  ·  חנוכייה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צעצוע מסתובב עם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אוכלים בדרך כלל בחג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פיצה וחומוס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עוגת גבינה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נרות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מטרייה משמשת להגנה מהשמש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בחנוכה מדליקים נרות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ילדים משחקים עם ה__________ בחג.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אוכלים __________ מטוגנות בשמן בחג חנוכה.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שמגן מגשם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את הברכה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קודם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את החנוכייה ושמים בה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סופרים כמה נרות צריך לפי מספר הלילה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כמה משפטים על יום חורפי בחג חנוכה, והשתמשו בלפחות שלוש מהמילים: חנוכייה, סביבון, לביבה, מטרייה, גשם, נס.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הנס שקרה בחג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חנוכה וחורף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