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חנוכה ולעונת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משמעות המילים מהתפזורת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מושגים מהחג ומהעונה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צעצוע מסתובב עם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פך שמן קטן הספיק לשמונה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סביבון הוא צעצוע 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מטרייה משמשת להגנה מהגשם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ניצחו במלחמה שבזכותה נקבע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המאכל הנפוץ ביותר לחג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(מנורה מיוחדת לחג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(לוחמים שניצחו במלחמת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שמגן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(מאכל מטוגן מתפוחי 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את החנוכייה ושמים בה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כמה נרות צריך לפי מספר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את הברכה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קודם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מדליקים את שאר הנרות בעזרת נר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משלב לפחות שלוש מילים נכון בהקשר הגיוני, כותב 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מסתובב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פך שמן קטן 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בפתרון קצר של התפזורת עצמה לפני המילוי של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חנוכייה וסביבון לתלמידים שמתקשים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כעבודה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חג חנוכה ועל החורף. נתרגל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מיוחדת שמדליקים בה נרות בחג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קטן שמסתובב, יש עליו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שניצחו במלחמת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עגול ומתוק שאוכלים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מטוגן, בדרך כלל מתפוחי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ואי אפשר להסביר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ששימש להדלקת הנרות בחנוכייה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מסתובב עם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 וחומוס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עוגת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סלט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מדליקים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הנס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פך שמן קטן הספיק לשמונה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נבקע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נפל מטר של 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עצרה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כלי נגינה.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מטרייה משמשת להגנה מהשמש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הם הלוחמים שבזכותם חוגגים את חג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לביבה מוכנה בדרך כלל מתפוחי 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נרות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משחקים עם ה__________ בחג.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אוכלים __________ מטוגנות בשמן בחג 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 יורד __________ בחורף, פותחים מטרייה.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מגינה עלינו מהגשם.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חג חנוכה מזכיר לנו את הנס של פך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שמגן מגשם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מנורה מיוחדת לחג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לוחמים שניצחו במלחמת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קודם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שאר הנרות בעזרת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כמה נרות צריך לפי מספר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הברכה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את החנוכייה ושמים בה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יום חורפי בחג חנוכה, והשתמשו בלפחות שלוש מהמילים: חנוכייה, סביבון, לביבה, מטרייה, גשם, נס.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שקרה בחג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לחורף ומילה אחת הקשורה לחנוכה.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חנוכה וחורף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