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חנוכה וחורף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לחג חנוכה ולעונת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משמעות המילים מהתפזורת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קריאה והבנה של מושגים מהחג ומהעונה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צעצוע מסתובב עם 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סופגניות ולביבות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פך שמן קטן הספיק לשמונה ימים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מנהג מרכזי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סביבון הוא צעצוע מסתובב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מטרייה משמשת להגנה מהגשם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ניצחו במלחמה שבזכותה נקבע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המאכל הנפוץ ביותר לחג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(מנורה מיוחדת לחג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(צעצוע מסתובב עם ארבע אותיות)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(לוחמים שניצחו במלחמת חנוכה)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שמגן מגשם)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(מאכל מטוגן מתפוחי אדמה)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מכינים את החנוכייה ושמים בה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סופרים כמה נרות צריך לפי מספר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אומרים את הברכה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קודם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מדליקים את שאר הנרות בעזרת נר השמש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משלב לפחות שלוש מילים נכון בהקשר הגיוני, כותב משפטים שלמים וברורים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צעצוע מסתובב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פך שמן קטן הספיק לשמונה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הקשורה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בפתרון קצר של התפזורת עצמה לפני המילוי של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חנוכייה וסביבון לתלמידים שמתקשים בהבנת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הכתיבה כעבודה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תפזורת חנוכה וחורף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המילים שמופיעות בתפזורת של חנוכה וחורף, כמו חנוכייה, סביבון, לביבה ומטרייה.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סביבון?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צעצוע מסתובב עם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אוכלים בדרך כלל בחג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סופגניות ולביבות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פיצה וחומוס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עוגת גבינה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סלט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מדליקים בלילה האחרון של חנוכה (בלי השמש)?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הנס המרכזי של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פך שמן קטן הספיק לשמונה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נבקע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נפל מטר של 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עצרה 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נרות בחנוכייה.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סביבון הוא כלי נגינה.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מטרייה משמשת להגנה מהשמש בקיץ.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מכבים הם הלוחמים שבזכותם חוגגים את חג חנוכה.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לביבה מוכנה בדרך כלל מתפוחי 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בחנוכה מדליקים נרות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משחקים עם ה__________ בחג.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אוכלים __________ מטוגנות בשמן בחג חנוכה.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 יורד __________ בחורף, פותחים מטרייה.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מגינה עלינו מהגשם.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חג חנוכה מזכיר לנו את הנס של פך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חנוכייה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שמגן מגשם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סביבון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מאכל מטוגן מתפוחי 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מנורה מיוחדת לחג חנוכה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צעצוע מסתובב עם ארבע אותיות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לביבה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לוחמים שניצחו במלחמת 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שאר הנרות בעזרת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קודם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כמה נרות צריך לפי מספר הלילה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הברכה המתאימה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את החנוכייה ושמים בה נרות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כמה משפטים על יום חורפי בחג חנוכה, והשתמשו בלפחות שלוש מהמילים: חנוכייה, סביבון, לביבה, מטרייה, גשם, נס.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סביבון?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הנס שקרה בחג חנוכה?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הקשורה לחורף ומילה אחת הקשורה לחנוכה.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תפזורת חנוכה וחורף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